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F8B" w:rsidRDefault="009A5F8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488" w:type="dxa"/>
        <w:jc w:val="center"/>
        <w:tblLayout w:type="fixed"/>
        <w:tblLook w:val="0400"/>
      </w:tblPr>
      <w:tblGrid>
        <w:gridCol w:w="1814"/>
        <w:gridCol w:w="8674"/>
      </w:tblGrid>
      <w:tr w:rsidR="009A5F8B">
        <w:trPr>
          <w:cantSplit/>
          <w:jc w:val="center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9A5F8B" w:rsidRDefault="00F62D10">
            <w:pPr>
              <w:pStyle w:val="normal0"/>
            </w:pPr>
            <w:r>
              <w:rPr>
                <w:noProof/>
                <w:lang w:val="el-GR"/>
              </w:rPr>
              <w:drawing>
                <wp:inline distT="0" distB="0" distL="114300" distR="114300">
                  <wp:extent cx="648000" cy="4860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48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9A5F8B" w:rsidRDefault="00F62D10">
            <w:pPr>
              <w:pStyle w:val="normal0"/>
              <w:spacing w:after="0"/>
              <w:jc w:val="right"/>
            </w:pPr>
            <w:r>
              <w:rPr>
                <w:b/>
                <w:bCs/>
                <w:color w:val="111A57"/>
                <w:sz w:val="29"/>
                <w:szCs w:val="29"/>
              </w:rPr>
              <w:t>PANPET</w:t>
            </w:r>
          </w:p>
          <w:p w:rsidR="009A5F8B" w:rsidRDefault="00F62D10">
            <w:pPr>
              <w:pStyle w:val="normal0"/>
              <w:spacing w:after="0"/>
              <w:jc w:val="right"/>
            </w:pPr>
            <w:r>
              <w:rPr>
                <w:color w:val="737887"/>
                <w:sz w:val="15"/>
                <w:szCs w:val="15"/>
              </w:rPr>
              <w:t>Αινείου 6, 121 35 Περιστέρι, Αττική  •  210 575 2990</w:t>
            </w:r>
          </w:p>
        </w:tc>
      </w:tr>
    </w:tbl>
    <w:p w:rsidR="009A5F8B" w:rsidRDefault="009A5F8B">
      <w:pPr>
        <w:pStyle w:val="normal0"/>
        <w:pBdr>
          <w:bottom w:val="single" w:sz="14" w:space="0" w:color="83BD2F"/>
        </w:pBdr>
        <w:spacing w:before="20" w:after="80"/>
      </w:pPr>
    </w:p>
    <w:p w:rsidR="009A5F8B" w:rsidRDefault="00F62D10">
      <w:pPr>
        <w:pStyle w:val="normal0"/>
        <w:spacing w:after="0"/>
        <w:jc w:val="center"/>
      </w:pPr>
      <w:r>
        <w:rPr>
          <w:b/>
          <w:bCs/>
          <w:color w:val="111A57"/>
          <w:sz w:val="32"/>
          <w:szCs w:val="32"/>
        </w:rPr>
        <w:t>ΦΟΡΜΑ ΥΠΑΝΑΧΩΡΗΣΗΣ</w:t>
      </w:r>
    </w:p>
    <w:p w:rsidR="009A5F8B" w:rsidRPr="009068C8" w:rsidRDefault="00F62D10">
      <w:pPr>
        <w:pStyle w:val="normal0"/>
        <w:spacing w:after="80"/>
        <w:jc w:val="center"/>
        <w:rPr>
          <w:lang w:val="el-GR"/>
        </w:rPr>
      </w:pPr>
      <w:r w:rsidRPr="009068C8">
        <w:rPr>
          <w:color w:val="737887"/>
          <w:sz w:val="16"/>
          <w:szCs w:val="16"/>
          <w:lang w:val="el-GR"/>
        </w:rPr>
        <w:t>Υπόδειγμα δήλωσης υπαναχώρησης από σύμβαση πώλησης εξ αποστάσεως</w:t>
      </w:r>
    </w:p>
    <w:tbl>
      <w:tblPr>
        <w:tblStyle w:val="a0"/>
        <w:tblW w:w="10822" w:type="dxa"/>
        <w:jc w:val="center"/>
        <w:tblLayout w:type="fixed"/>
        <w:tblLook w:val="0400"/>
      </w:tblPr>
      <w:tblGrid>
        <w:gridCol w:w="10822"/>
      </w:tblGrid>
      <w:tr w:rsidR="009A5F8B" w:rsidRPr="009068C8">
        <w:trPr>
          <w:cantSplit/>
          <w:jc w:val="center"/>
        </w:trPr>
        <w:tc>
          <w:tcPr>
            <w:tcW w:w="10822" w:type="dxa"/>
            <w:tcBorders>
              <w:top w:val="single" w:sz="6" w:space="0" w:color="DDE8CB"/>
              <w:left w:val="single" w:sz="6" w:space="0" w:color="DDE8CB"/>
              <w:bottom w:val="single" w:sz="6" w:space="0" w:color="DDE8CB"/>
              <w:right w:val="single" w:sz="6" w:space="0" w:color="DDE8CB"/>
            </w:tcBorders>
            <w:shd w:val="clear" w:color="auto" w:fill="F2F8E9"/>
            <w:tcMar>
              <w:top w:w="55" w:type="dxa"/>
              <w:bottom w:w="55" w:type="dxa"/>
            </w:tcMar>
          </w:tcPr>
          <w:p w:rsidR="009A5F8B" w:rsidRPr="009068C8" w:rsidRDefault="00F62D10">
            <w:pPr>
              <w:pStyle w:val="normal0"/>
              <w:spacing w:after="0"/>
              <w:rPr>
                <w:lang w:val="el-GR"/>
              </w:rPr>
            </w:pPr>
            <w:r w:rsidRPr="009068C8">
              <w:rPr>
                <w:color w:val="3E4353"/>
                <w:sz w:val="16"/>
                <w:szCs w:val="16"/>
                <w:lang w:val="el-GR"/>
              </w:rPr>
              <w:t>Συμπληρώστε και αποστείλετε την παρούσα φόρμα μόνο εφόσον επιθυμείτε να υπαναχωρήσετε από τη σύμβαση.</w:t>
            </w:r>
          </w:p>
        </w:tc>
      </w:tr>
    </w:tbl>
    <w:p w:rsidR="009A5F8B" w:rsidRDefault="00F62D10">
      <w:pPr>
        <w:pStyle w:val="normal0"/>
        <w:spacing w:before="80" w:after="40"/>
      </w:pPr>
      <w:r>
        <w:rPr>
          <w:b/>
          <w:bCs/>
          <w:color w:val="111A57"/>
          <w:sz w:val="19"/>
          <w:szCs w:val="19"/>
        </w:rPr>
        <w:t>ΠΡΟΣ ΤΗΝ ΕΠΙΧΕΙΡΗΣΗ</w:t>
      </w:r>
    </w:p>
    <w:tbl>
      <w:tblPr>
        <w:tblStyle w:val="a1"/>
        <w:tblW w:w="10820" w:type="dxa"/>
        <w:jc w:val="center"/>
        <w:tblLayout w:type="fixed"/>
        <w:tblLook w:val="0400"/>
      </w:tblPr>
      <w:tblGrid>
        <w:gridCol w:w="2705"/>
        <w:gridCol w:w="2705"/>
        <w:gridCol w:w="2705"/>
        <w:gridCol w:w="2705"/>
      </w:tblGrid>
      <w:tr w:rsidR="009A5F8B">
        <w:trPr>
          <w:cantSplit/>
          <w:jc w:val="center"/>
        </w:trPr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Επωνυμία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PANPET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Τηλέφωνο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210 575 2990</w:t>
            </w:r>
          </w:p>
        </w:tc>
      </w:tr>
      <w:tr w:rsidR="009A5F8B">
        <w:trPr>
          <w:cantSplit/>
          <w:jc w:val="center"/>
        </w:trPr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Διεύθυνση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Αινείου 6, 121 35 Περιστέρι, Αττική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Email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9068C8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Support@panpet.gr</w:t>
            </w:r>
          </w:p>
        </w:tc>
      </w:tr>
    </w:tbl>
    <w:p w:rsidR="009A5F8B" w:rsidRDefault="00F62D10">
      <w:pPr>
        <w:pStyle w:val="normal0"/>
        <w:spacing w:before="80" w:after="40"/>
      </w:pPr>
      <w:r>
        <w:rPr>
          <w:b/>
          <w:bCs/>
          <w:color w:val="111A57"/>
          <w:sz w:val="19"/>
          <w:szCs w:val="19"/>
        </w:rPr>
        <w:t>ΔΗΛΩΣΗ ΚΑΤΑΝΑΛΩΤΗ</w:t>
      </w:r>
    </w:p>
    <w:p w:rsidR="009A5F8B" w:rsidRPr="009068C8" w:rsidRDefault="00F62D10">
      <w:pPr>
        <w:pStyle w:val="normal0"/>
        <w:spacing w:after="60" w:line="240" w:lineRule="auto"/>
        <w:rPr>
          <w:lang w:val="el-GR"/>
        </w:rPr>
      </w:pPr>
      <w:r w:rsidRPr="009068C8">
        <w:rPr>
          <w:color w:val="3E4353"/>
          <w:sz w:val="16"/>
          <w:szCs w:val="16"/>
          <w:lang w:val="el-GR"/>
        </w:rPr>
        <w:t xml:space="preserve">Με την παρούσα γνωστοποιώ ότι υπαναχωρώ από τη σύμβαση πώλησης των παρακάτω αγαθών που αγόρασα από την </w:t>
      </w:r>
      <w:r>
        <w:rPr>
          <w:color w:val="3E4353"/>
          <w:sz w:val="16"/>
          <w:szCs w:val="16"/>
        </w:rPr>
        <w:t>PANPET</w:t>
      </w:r>
      <w:r w:rsidRPr="009068C8">
        <w:rPr>
          <w:color w:val="3E4353"/>
          <w:sz w:val="16"/>
          <w:szCs w:val="16"/>
          <w:lang w:val="el-GR"/>
        </w:rPr>
        <w:t>:</w:t>
      </w:r>
    </w:p>
    <w:tbl>
      <w:tblPr>
        <w:tblStyle w:val="a2"/>
        <w:tblW w:w="10820" w:type="dxa"/>
        <w:jc w:val="center"/>
        <w:tblLayout w:type="fixed"/>
        <w:tblLook w:val="0400"/>
      </w:tblPr>
      <w:tblGrid>
        <w:gridCol w:w="2705"/>
        <w:gridCol w:w="2705"/>
        <w:gridCol w:w="2705"/>
        <w:gridCol w:w="2705"/>
      </w:tblGrid>
      <w:tr w:rsidR="009A5F8B">
        <w:trPr>
          <w:cantSplit/>
          <w:jc w:val="center"/>
        </w:trPr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Αριθμός παραγγελίας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___________________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Ημ/νία παραγγελίας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 / ___ / _____</w:t>
            </w:r>
          </w:p>
        </w:tc>
      </w:tr>
      <w:tr w:rsidR="009A5F8B">
        <w:trPr>
          <w:cantSplit/>
          <w:jc w:val="center"/>
        </w:trPr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Προϊόν/τα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________________________________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Ημ/νία παραλαβής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 / ___ / _____</w:t>
            </w:r>
          </w:p>
        </w:tc>
      </w:tr>
      <w:tr w:rsidR="009A5F8B">
        <w:trPr>
          <w:cantSplit/>
          <w:jc w:val="center"/>
        </w:trPr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9A5F8B">
            <w:pPr>
              <w:pStyle w:val="normal0"/>
            </w:pP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________________________________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Υπαναχώρηση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9A5F8B">
            <w:pPr>
              <w:pStyle w:val="normal0"/>
            </w:pPr>
            <w:sdt>
              <w:sdtPr>
                <w:tag w:val="goog_rdk_0"/>
                <w:id w:val="-1358507715"/>
              </w:sdtPr>
              <w:sdtContent>
                <w:r w:rsidR="00F62D10">
                  <w:rPr>
                    <w:rFonts w:ascii="Arial Unicode MS" w:eastAsia="Arial Unicode MS" w:hAnsi="Arial Unicode MS" w:cs="Arial Unicode MS"/>
                    <w:color w:val="3E4353"/>
                    <w:sz w:val="16"/>
                    <w:szCs w:val="16"/>
                  </w:rPr>
                  <w:t>☐</w:t>
                </w:r>
                <w:r w:rsidR="00F62D10">
                  <w:rPr>
                    <w:rFonts w:ascii="Arial Unicode MS" w:eastAsia="Arial Unicode MS" w:hAnsi="Arial Unicode MS" w:cs="Arial Unicode MS"/>
                    <w:color w:val="3E4353"/>
                    <w:sz w:val="16"/>
                    <w:szCs w:val="16"/>
                  </w:rPr>
                  <w:t xml:space="preserve"> Ολόκληρη  ☐ Μέρος</w:t>
                </w:r>
              </w:sdtContent>
            </w:sdt>
          </w:p>
        </w:tc>
      </w:tr>
      <w:tr w:rsidR="009A5F8B">
        <w:trPr>
          <w:cantSplit/>
          <w:jc w:val="center"/>
        </w:trPr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9A5F8B">
            <w:pPr>
              <w:pStyle w:val="normal0"/>
            </w:pP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________________________________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9A5F8B">
            <w:pPr>
              <w:pStyle w:val="normal0"/>
            </w:pP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  <w:vAlign w:val="center"/>
          </w:tcPr>
          <w:p w:rsidR="009A5F8B" w:rsidRDefault="009A5F8B">
            <w:pPr>
              <w:pStyle w:val="normal0"/>
            </w:pPr>
          </w:p>
        </w:tc>
      </w:tr>
    </w:tbl>
    <w:p w:rsidR="009A5F8B" w:rsidRDefault="00F62D10">
      <w:pPr>
        <w:pStyle w:val="normal0"/>
        <w:spacing w:before="80" w:after="40"/>
      </w:pPr>
      <w:r>
        <w:rPr>
          <w:b/>
          <w:bCs/>
          <w:color w:val="111A57"/>
          <w:sz w:val="19"/>
          <w:szCs w:val="19"/>
        </w:rPr>
        <w:t>ΣΤΟΙΧΕΙΑ ΚΑΤΑΝΑΛΩΤΗ</w:t>
      </w:r>
    </w:p>
    <w:tbl>
      <w:tblPr>
        <w:tblStyle w:val="a3"/>
        <w:tblW w:w="10820" w:type="dxa"/>
        <w:jc w:val="center"/>
        <w:tblLayout w:type="fixed"/>
        <w:tblLook w:val="0400"/>
      </w:tblPr>
      <w:tblGrid>
        <w:gridCol w:w="2705"/>
        <w:gridCol w:w="2705"/>
        <w:gridCol w:w="2705"/>
        <w:gridCol w:w="2705"/>
      </w:tblGrid>
      <w:tr w:rsidR="009A5F8B">
        <w:trPr>
          <w:cantSplit/>
          <w:jc w:val="center"/>
        </w:trPr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Ονοματεπώνυμο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________________________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Τηλέφωνο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________________________</w:t>
            </w:r>
          </w:p>
        </w:tc>
      </w:tr>
      <w:tr w:rsidR="009A5F8B">
        <w:trPr>
          <w:cantSplit/>
          <w:jc w:val="center"/>
        </w:trPr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Διεύθυνση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________________________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45" w:type="dxa"/>
              <w:bottom w:w="45" w:type="dxa"/>
            </w:tcMar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Email</w:t>
            </w:r>
          </w:p>
        </w:tc>
        <w:tc>
          <w:tcPr>
            <w:tcW w:w="2705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45" w:type="dxa"/>
              <w:bottom w:w="45" w:type="dxa"/>
            </w:tcMar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________________________</w:t>
            </w:r>
          </w:p>
        </w:tc>
      </w:tr>
    </w:tbl>
    <w:p w:rsidR="009A5F8B" w:rsidRDefault="00F62D10">
      <w:pPr>
        <w:pStyle w:val="normal0"/>
        <w:spacing w:before="80" w:after="40"/>
      </w:pPr>
      <w:r>
        <w:rPr>
          <w:b/>
          <w:bCs/>
          <w:color w:val="111A57"/>
          <w:sz w:val="19"/>
          <w:szCs w:val="19"/>
        </w:rPr>
        <w:t>ΗΜΕΡΟΜΗΝΙΑ ΚΑΙ ΥΠΟΓΡΑΦΗ</w:t>
      </w:r>
    </w:p>
    <w:tbl>
      <w:tblPr>
        <w:tblStyle w:val="a4"/>
        <w:tblW w:w="10822" w:type="dxa"/>
        <w:jc w:val="center"/>
        <w:tblLayout w:type="fixed"/>
        <w:tblLook w:val="0400"/>
      </w:tblPr>
      <w:tblGrid>
        <w:gridCol w:w="5411"/>
        <w:gridCol w:w="5411"/>
      </w:tblGrid>
      <w:tr w:rsidR="009A5F8B">
        <w:trPr>
          <w:cantSplit/>
          <w:jc w:val="center"/>
        </w:trPr>
        <w:tc>
          <w:tcPr>
            <w:tcW w:w="5411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55" w:type="dxa"/>
              <w:bottom w:w="55" w:type="dxa"/>
            </w:tcMar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Ημερομηνία</w:t>
            </w:r>
          </w:p>
        </w:tc>
        <w:tc>
          <w:tcPr>
            <w:tcW w:w="5411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shd w:val="clear" w:color="auto" w:fill="F8F9F7"/>
            <w:tcMar>
              <w:top w:w="55" w:type="dxa"/>
              <w:bottom w:w="55" w:type="dxa"/>
            </w:tcMar>
          </w:tcPr>
          <w:p w:rsidR="009A5F8B" w:rsidRDefault="00F62D10">
            <w:pPr>
              <w:pStyle w:val="normal0"/>
            </w:pPr>
            <w:r>
              <w:rPr>
                <w:b/>
                <w:bCs/>
                <w:color w:val="111A57"/>
                <w:sz w:val="16"/>
                <w:szCs w:val="16"/>
              </w:rPr>
              <w:t>Υπογραφή καταναλωτή*</w:t>
            </w:r>
          </w:p>
        </w:tc>
      </w:tr>
      <w:tr w:rsidR="009A5F8B">
        <w:trPr>
          <w:cantSplit/>
          <w:trHeight w:val="652"/>
          <w:jc w:val="center"/>
        </w:trPr>
        <w:tc>
          <w:tcPr>
            <w:tcW w:w="5411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55" w:type="dxa"/>
              <w:bottom w:w="55" w:type="dxa"/>
            </w:tcMar>
          </w:tcPr>
          <w:p w:rsidR="009A5F8B" w:rsidRDefault="00F62D10">
            <w:pPr>
              <w:pStyle w:val="normal0"/>
            </w:pPr>
            <w:r>
              <w:rPr>
                <w:color w:val="3E4353"/>
                <w:sz w:val="16"/>
                <w:szCs w:val="16"/>
              </w:rPr>
              <w:t>___ / ___ / _____</w:t>
            </w:r>
          </w:p>
        </w:tc>
        <w:tc>
          <w:tcPr>
            <w:tcW w:w="5411" w:type="dxa"/>
            <w:tcBorders>
              <w:top w:val="single" w:sz="4" w:space="0" w:color="D9DEEA"/>
              <w:left w:val="single" w:sz="4" w:space="0" w:color="D9DEEA"/>
              <w:bottom w:val="single" w:sz="4" w:space="0" w:color="D9DEEA"/>
              <w:right w:val="single" w:sz="4" w:space="0" w:color="D9DEEA"/>
            </w:tcBorders>
            <w:tcMar>
              <w:top w:w="55" w:type="dxa"/>
              <w:bottom w:w="55" w:type="dxa"/>
            </w:tcMar>
          </w:tcPr>
          <w:p w:rsidR="009A5F8B" w:rsidRDefault="009A5F8B">
            <w:pPr>
              <w:pStyle w:val="normal0"/>
            </w:pPr>
          </w:p>
        </w:tc>
      </w:tr>
    </w:tbl>
    <w:p w:rsidR="009A5F8B" w:rsidRPr="009068C8" w:rsidRDefault="00F62D10">
      <w:pPr>
        <w:pStyle w:val="normal0"/>
        <w:spacing w:before="60" w:after="0" w:line="228" w:lineRule="auto"/>
        <w:rPr>
          <w:lang w:val="el-GR"/>
        </w:rPr>
      </w:pPr>
      <w:r w:rsidRPr="009068C8">
        <w:rPr>
          <w:color w:val="737887"/>
          <w:sz w:val="13"/>
          <w:szCs w:val="13"/>
          <w:lang w:val="el-GR"/>
        </w:rPr>
        <w:t>* Η υπογραφή απαιτείται μόνο εφόσον η φόρμα αποστέλλεται σε έντυπη μορφή. Η χρήση της παρούσας φόρμας δεν αποκλείει την άσκηση του δικαιώματος υπαναχώρησης με άλλη σαφή δήλωση, όπου αυτό επιτρέπεται από την ισχύουσα νομοθεσία.</w:t>
      </w:r>
    </w:p>
    <w:sectPr w:rsidR="009A5F8B" w:rsidRPr="009068C8" w:rsidSect="009A5F8B">
      <w:footerReference w:type="default" r:id="rId9"/>
      <w:pgSz w:w="12240" w:h="15840"/>
      <w:pgMar w:top="482" w:right="709" w:bottom="482" w:left="709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D10" w:rsidRDefault="00F62D10" w:rsidP="009A5F8B">
      <w:pPr>
        <w:spacing w:after="0" w:line="240" w:lineRule="auto"/>
      </w:pPr>
      <w:r>
        <w:separator/>
      </w:r>
    </w:p>
  </w:endnote>
  <w:endnote w:type="continuationSeparator" w:id="0">
    <w:p w:rsidR="00F62D10" w:rsidRDefault="00F62D10" w:rsidP="009A5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  <w:embedRegular r:id="rId1" w:fontKey="{1944D2B4-284E-4E74-8A41-DD03F171127F}"/>
    <w:embedBold r:id="rId2" w:fontKey="{C23B9AC7-7748-4D79-A1D7-756FAEFAD0C3}"/>
    <w:embedItalic r:id="rId3" w:fontKey="{CF9FC60C-252C-44DD-9FA2-462310B5DF01}"/>
    <w:embedBoldItalic r:id="rId4" w:fontKey="{B73407F1-F08D-47A4-916C-927B58047A7C}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5" w:fontKey="{E07213EA-D720-4DF5-9EAD-BEA6DF1FAA71}"/>
    <w:embedBold r:id="rId6" w:fontKey="{6DBF9477-FC94-426B-8134-69E5477854FA}"/>
    <w:embedItalic r:id="rId7" w:fontKey="{2EBEE014-04A9-45F6-8F1E-181AAE297517}"/>
    <w:embedBoldItalic r:id="rId8" w:fontKey="{FB702B88-DD6E-450A-8519-4DCF0B6F081D}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9" w:fontKey="{D47CA851-8D4A-4EFA-9BAC-40B96754CC3D}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0" w:subsetted="1" w:fontKey="{D839DCBF-A1C8-4D8A-BAB6-B3C99560C573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11" w:fontKey="{3C9B2AC5-3090-4386-BBE4-D80CC7D8B54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8B" w:rsidRDefault="00F62D1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737887"/>
        <w:sz w:val="14"/>
        <w:szCs w:val="14"/>
      </w:rPr>
      <w:t>PANPET  •  www.panpet.gr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D10" w:rsidRDefault="00F62D10" w:rsidP="009A5F8B">
      <w:pPr>
        <w:spacing w:after="0" w:line="240" w:lineRule="auto"/>
      </w:pPr>
      <w:r>
        <w:separator/>
      </w:r>
    </w:p>
  </w:footnote>
  <w:footnote w:type="continuationSeparator" w:id="0">
    <w:p w:rsidR="00F62D10" w:rsidRDefault="00F62D10" w:rsidP="009A5F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A2B07"/>
    <w:multiLevelType w:val="multilevel"/>
    <w:tmpl w:val="D040DF8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5F8B"/>
    <w:rsid w:val="009068C8"/>
    <w:rsid w:val="009A5F8B"/>
    <w:rsid w:val="00F62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Verdana"/>
        <w:sz w:val="17"/>
        <w:szCs w:val="17"/>
        <w:lang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link w:val="Heading1Char"/>
    <w:rsid w:val="009A5F8B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0"/>
    <w:next w:val="normal0"/>
    <w:link w:val="Heading2Char"/>
    <w:rsid w:val="009A5F8B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0"/>
    <w:next w:val="normal0"/>
    <w:link w:val="Heading3Char"/>
    <w:rsid w:val="009A5F8B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0"/>
    <w:next w:val="normal0"/>
    <w:link w:val="Heading4Char"/>
    <w:rsid w:val="009A5F8B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0"/>
    <w:next w:val="normal0"/>
    <w:link w:val="Heading5Char"/>
    <w:rsid w:val="009A5F8B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0"/>
    <w:next w:val="normal0"/>
    <w:link w:val="Heading6Char"/>
    <w:rsid w:val="009A5F8B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0"/>
    <w:next w:val="normal0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0"/>
    <w:next w:val="normal0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0"/>
    <w:next w:val="normal0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9A5F8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9A5F8B"/>
  </w:style>
  <w:style w:type="paragraph" w:styleId="Title">
    <w:name w:val="Title"/>
    <w:basedOn w:val="normal0"/>
    <w:next w:val="normal0"/>
    <w:link w:val="TitleChar"/>
    <w:rsid w:val="009A5F8B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0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0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0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0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0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0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0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0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0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0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0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0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0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0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0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0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0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0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0"/>
    <w:next w:val="normal0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0"/>
    <w:next w:val="normal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0"/>
    <w:next w:val="normal0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0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0"/>
    <w:next w:val="normal0"/>
    <w:link w:val="SubtitleChar"/>
    <w:rsid w:val="009A5F8B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rsid w:val="009A5F8B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9A5F8B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9A5F8B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9A5F8B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9A5F8B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9A5F8B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6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8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q+fRUVsKDUv+raqv6gE33kN6UA==">CgMxLjAaJgoBMBIhCh8IB0IbCgdWZXJkYW5hEhBBcmlhbCBVbmljb2RlIE1TOAByITFWelg2V1RsN044RXVvUzVtanEtT2w0Z0lMbDZoTkNrLQ==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Panpet</dc:creator>
  <cp:lastModifiedBy>nick</cp:lastModifiedBy>
  <cp:revision>2</cp:revision>
  <dcterms:created xsi:type="dcterms:W3CDTF">2013-12-23T23:15:00Z</dcterms:created>
  <dcterms:modified xsi:type="dcterms:W3CDTF">2026-09-13T08:10:00Z</dcterms:modified>
</cp:coreProperties>
</file>